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A4B5B" w14:textId="77777777" w:rsidR="00626885" w:rsidRDefault="00000000">
      <w:pPr>
        <w:pStyle w:val="Nzev"/>
        <w:jc w:val="center"/>
      </w:pPr>
      <w:r>
        <w:t>PLNÁ MOC – Převod nemovitosti</w:t>
      </w:r>
    </w:p>
    <w:p w14:paraId="1A699DC7" w14:textId="77777777" w:rsidR="00626885" w:rsidRDefault="00626885"/>
    <w:p w14:paraId="26999A6A" w14:textId="4FE67209" w:rsidR="00626885" w:rsidRDefault="00000000" w:rsidP="001470B9">
      <w:pPr>
        <w:jc w:val="both"/>
      </w:pPr>
      <w:proofErr w:type="spellStart"/>
      <w:r>
        <w:t>Já</w:t>
      </w:r>
      <w:proofErr w:type="spellEnd"/>
      <w:r>
        <w:t xml:space="preserve">, </w:t>
      </w:r>
      <w:proofErr w:type="spellStart"/>
      <w:r>
        <w:t>níže</w:t>
      </w:r>
      <w:proofErr w:type="spellEnd"/>
      <w:r>
        <w:t xml:space="preserve"> </w:t>
      </w:r>
      <w:proofErr w:type="spellStart"/>
      <w:r>
        <w:t>podepsaný</w:t>
      </w:r>
      <w:proofErr w:type="spellEnd"/>
      <w:r>
        <w:t>/á:</w:t>
      </w:r>
    </w:p>
    <w:p w14:paraId="6DC5A594" w14:textId="77777777" w:rsidR="00626885" w:rsidRDefault="00000000" w:rsidP="001470B9">
      <w:pPr>
        <w:jc w:val="both"/>
      </w:pPr>
      <w:r>
        <w:t>[Jméno a příjmení zmocnitele], RČ: [Rodné číslo], bytem [Adresa]</w:t>
      </w:r>
    </w:p>
    <w:p w14:paraId="62FAC09E" w14:textId="3352EB28" w:rsidR="00626885" w:rsidRDefault="00000000" w:rsidP="001470B9">
      <w:pPr>
        <w:jc w:val="both"/>
      </w:pPr>
      <w:r>
        <w:t>(dále jako „</w:t>
      </w:r>
      <w:proofErr w:type="gramStart"/>
      <w:r>
        <w:t>Zmocnitel“</w:t>
      </w:r>
      <w:proofErr w:type="gramEnd"/>
      <w:r>
        <w:t>)</w:t>
      </w:r>
    </w:p>
    <w:p w14:paraId="7E417013" w14:textId="0F1428B0" w:rsidR="00626885" w:rsidRDefault="00000000" w:rsidP="001470B9">
      <w:pPr>
        <w:jc w:val="both"/>
      </w:pPr>
      <w:proofErr w:type="spellStart"/>
      <w:r>
        <w:t>zmocňuji</w:t>
      </w:r>
      <w:proofErr w:type="spellEnd"/>
      <w:r>
        <w:t xml:space="preserve"> </w:t>
      </w:r>
      <w:proofErr w:type="spellStart"/>
      <w:r>
        <w:t>tímto</w:t>
      </w:r>
      <w:proofErr w:type="spellEnd"/>
      <w:r>
        <w:t>:</w:t>
      </w:r>
    </w:p>
    <w:p w14:paraId="2F75758D" w14:textId="77777777" w:rsidR="00626885" w:rsidRDefault="00000000" w:rsidP="001470B9">
      <w:pPr>
        <w:jc w:val="both"/>
      </w:pPr>
      <w:r>
        <w:t>[Jméno a příjmení / Název zmocněnce], RČ / IČO: [Rodné číslo / IČO], bytem / se sídlem [Adresa]</w:t>
      </w:r>
    </w:p>
    <w:p w14:paraId="43B6EC5A" w14:textId="1369A289" w:rsidR="00626885" w:rsidRDefault="00000000" w:rsidP="001470B9">
      <w:pPr>
        <w:jc w:val="both"/>
      </w:pPr>
      <w:r>
        <w:t>(dále jako „</w:t>
      </w:r>
      <w:proofErr w:type="gramStart"/>
      <w:r>
        <w:t>Zmocněnec“</w:t>
      </w:r>
      <w:proofErr w:type="gramEnd"/>
      <w:r>
        <w:t>)</w:t>
      </w:r>
    </w:p>
    <w:p w14:paraId="5B960FFC" w14:textId="77777777" w:rsidR="00626885" w:rsidRDefault="00000000" w:rsidP="001470B9">
      <w:pPr>
        <w:pStyle w:val="Nadpis3"/>
        <w:jc w:val="both"/>
      </w:pPr>
      <w:r>
        <w:t>Rozsah zmocnění</w:t>
      </w:r>
    </w:p>
    <w:p w14:paraId="26F027D7" w14:textId="77777777" w:rsidR="00626885" w:rsidRDefault="00000000" w:rsidP="001470B9">
      <w:pPr>
        <w:jc w:val="both"/>
      </w:pPr>
      <w:r>
        <w:t>ke všem právním jednáním spojeným s převodem níže specifikované nemovitosti:</w:t>
      </w:r>
    </w:p>
    <w:p w14:paraId="66352F28" w14:textId="77777777" w:rsidR="00626885" w:rsidRDefault="00626885" w:rsidP="001470B9">
      <w:pPr>
        <w:jc w:val="both"/>
      </w:pPr>
    </w:p>
    <w:p w14:paraId="215EF962" w14:textId="77777777" w:rsidR="00626885" w:rsidRDefault="00000000" w:rsidP="001470B9">
      <w:pPr>
        <w:pStyle w:val="Seznamsodrkami"/>
        <w:jc w:val="both"/>
      </w:pPr>
      <w:r>
        <w:t>[Doplnit specifikaci nemovitosti dle katastru nemovitostí, např. jednotka č. ..., v budově č.p. ..., na parcele st. ..., k.ú. ...]</w:t>
      </w:r>
    </w:p>
    <w:p w14:paraId="5391F500" w14:textId="77777777" w:rsidR="00626885" w:rsidRDefault="00626885" w:rsidP="001470B9">
      <w:pPr>
        <w:jc w:val="both"/>
      </w:pPr>
    </w:p>
    <w:p w14:paraId="00F5A261" w14:textId="568D16E5" w:rsidR="00626885" w:rsidRDefault="00000000" w:rsidP="001470B9">
      <w:pPr>
        <w:jc w:val="both"/>
      </w:pPr>
      <w:r>
        <w:t xml:space="preserve">Zmocněnec je v souvislosti s převodem předmětu převodu oprávněn zejména uzavřít či vypovědět za mě kupní smlouvu, darovací smlouvu, depozitní smlouvu, zprostředkovatelskou smlouvu, zástavní smlouvy a případné dodatky k těmto smlouvám, zastupovat mě v řízení před příslušným katastrálním úřadem, podepsat příslušný návrh na vklad, činit veškerá právní jednání související s předáním předmětu převodu a činit veškerá právní jednání související s převodem </w:t>
      </w:r>
      <w:proofErr w:type="spellStart"/>
      <w:r>
        <w:t>dodávek</w:t>
      </w:r>
      <w:proofErr w:type="spellEnd"/>
      <w:r>
        <w:t xml:space="preserve"> </w:t>
      </w:r>
      <w:proofErr w:type="spellStart"/>
      <w:r>
        <w:t>energií</w:t>
      </w:r>
      <w:proofErr w:type="spellEnd"/>
      <w:r>
        <w:t xml:space="preserve"> a </w:t>
      </w:r>
      <w:proofErr w:type="spellStart"/>
      <w:r>
        <w:t>služeb</w:t>
      </w:r>
      <w:proofErr w:type="spellEnd"/>
      <w:r>
        <w:t>.</w:t>
      </w:r>
    </w:p>
    <w:p w14:paraId="735A7F75" w14:textId="7DB420B6" w:rsidR="00626885" w:rsidRDefault="00000000" w:rsidP="001470B9">
      <w:pPr>
        <w:jc w:val="both"/>
      </w:pPr>
      <w:r>
        <w:t>V [Město] dne [Datum]</w:t>
      </w:r>
    </w:p>
    <w:p w14:paraId="71D89CDE" w14:textId="77777777" w:rsidR="00626885" w:rsidRDefault="00000000" w:rsidP="001470B9">
      <w:pPr>
        <w:jc w:val="both"/>
      </w:pPr>
      <w:r>
        <w:t>....................................................</w:t>
      </w:r>
    </w:p>
    <w:p w14:paraId="0A4FF896" w14:textId="0257D7F0" w:rsidR="00626885" w:rsidRDefault="00000000" w:rsidP="001470B9">
      <w:pPr>
        <w:jc w:val="both"/>
      </w:pPr>
      <w:r>
        <w:t>[Jméno zmocnitele] (úředně ověřený podpis)</w:t>
      </w:r>
    </w:p>
    <w:p w14:paraId="39003FC0" w14:textId="77777777" w:rsidR="00626885" w:rsidRDefault="00000000" w:rsidP="001470B9">
      <w:pPr>
        <w:jc w:val="both"/>
      </w:pPr>
      <w:r>
        <w:t>Plnou moc přijímám:</w:t>
      </w:r>
    </w:p>
    <w:p w14:paraId="599A7780" w14:textId="77777777" w:rsidR="00626885" w:rsidRDefault="00626885" w:rsidP="001470B9">
      <w:pPr>
        <w:jc w:val="both"/>
      </w:pPr>
    </w:p>
    <w:p w14:paraId="15E73FAC" w14:textId="77777777" w:rsidR="00626885" w:rsidRDefault="00000000" w:rsidP="001470B9">
      <w:pPr>
        <w:jc w:val="both"/>
      </w:pPr>
      <w:r>
        <w:t>....................................................</w:t>
      </w:r>
    </w:p>
    <w:p w14:paraId="6382589D" w14:textId="77777777" w:rsidR="00626885" w:rsidRDefault="00000000" w:rsidP="001470B9">
      <w:pPr>
        <w:jc w:val="both"/>
      </w:pPr>
      <w:r>
        <w:t>[Jméno zmocněnce]</w:t>
      </w:r>
    </w:p>
    <w:sectPr w:rsidR="0062688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0564772">
    <w:abstractNumId w:val="8"/>
  </w:num>
  <w:num w:numId="2" w16cid:durableId="1765028696">
    <w:abstractNumId w:val="6"/>
  </w:num>
  <w:num w:numId="3" w16cid:durableId="167328012">
    <w:abstractNumId w:val="5"/>
  </w:num>
  <w:num w:numId="4" w16cid:durableId="1478180127">
    <w:abstractNumId w:val="4"/>
  </w:num>
  <w:num w:numId="5" w16cid:durableId="1513639674">
    <w:abstractNumId w:val="7"/>
  </w:num>
  <w:num w:numId="6" w16cid:durableId="593711166">
    <w:abstractNumId w:val="3"/>
  </w:num>
  <w:num w:numId="7" w16cid:durableId="564531160">
    <w:abstractNumId w:val="2"/>
  </w:num>
  <w:num w:numId="8" w16cid:durableId="128591717">
    <w:abstractNumId w:val="1"/>
  </w:num>
  <w:num w:numId="9" w16cid:durableId="1933051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70B9"/>
    <w:rsid w:val="0015074B"/>
    <w:rsid w:val="0029639D"/>
    <w:rsid w:val="00326F90"/>
    <w:rsid w:val="00626885"/>
    <w:rsid w:val="00AA1D8D"/>
    <w:rsid w:val="00B47730"/>
    <w:rsid w:val="00BD0089"/>
    <w:rsid w:val="00CB0664"/>
    <w:rsid w:val="00DA7A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786221"/>
  <w14:defaultImageDpi w14:val="300"/>
  <w15:docId w15:val="{F9B072E7-6BE6-488D-AAC4-96540591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David Prokes</cp:lastModifiedBy>
  <cp:revision>3</cp:revision>
  <dcterms:created xsi:type="dcterms:W3CDTF">2013-12-23T23:15:00Z</dcterms:created>
  <dcterms:modified xsi:type="dcterms:W3CDTF">2026-06-29T09:37:00Z</dcterms:modified>
  <cp:category/>
</cp:coreProperties>
</file>