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5CA2E" w14:textId="495DBA53" w:rsidR="00175322" w:rsidRDefault="00000000" w:rsidP="00A95743">
      <w:pPr>
        <w:pStyle w:val="Nzev"/>
        <w:jc w:val="center"/>
      </w:pPr>
      <w:r>
        <w:t xml:space="preserve">PLNÁ MOC – </w:t>
      </w:r>
      <w:proofErr w:type="spellStart"/>
      <w:r>
        <w:t>Řízení</w:t>
      </w:r>
      <w:proofErr w:type="spellEnd"/>
      <w:r>
        <w:t xml:space="preserve"> o </w:t>
      </w:r>
      <w:proofErr w:type="spellStart"/>
      <w:r>
        <w:t>pozůstalosti</w:t>
      </w:r>
      <w:proofErr w:type="spellEnd"/>
    </w:p>
    <w:p w14:paraId="37B19F5E" w14:textId="2BC1CBA9" w:rsidR="00175322" w:rsidRDefault="00000000">
      <w:proofErr w:type="spellStart"/>
      <w:r>
        <w:t>Já</w:t>
      </w:r>
      <w:proofErr w:type="spellEnd"/>
      <w:r>
        <w:t xml:space="preserve">, </w:t>
      </w:r>
      <w:proofErr w:type="spellStart"/>
      <w:r>
        <w:t>níže</w:t>
      </w:r>
      <w:proofErr w:type="spellEnd"/>
      <w:r>
        <w:t xml:space="preserve"> </w:t>
      </w:r>
      <w:proofErr w:type="spellStart"/>
      <w:r>
        <w:t>podepsaný</w:t>
      </w:r>
      <w:proofErr w:type="spellEnd"/>
      <w:r>
        <w:t>(á):</w:t>
      </w:r>
    </w:p>
    <w:p w14:paraId="6FF854F8" w14:textId="44AECD23" w:rsidR="00175322" w:rsidRDefault="00000000">
      <w:r>
        <w:t>[Jméno a příjmení zmocnitele], RČ: [Rodné číslo], bytem [Adresa]</w:t>
      </w:r>
    </w:p>
    <w:p w14:paraId="593B1A90" w14:textId="0100A125" w:rsidR="00175322" w:rsidRDefault="00000000">
      <w:proofErr w:type="spellStart"/>
      <w:r>
        <w:t>zmocňuji</w:t>
      </w:r>
      <w:proofErr w:type="spellEnd"/>
      <w:r>
        <w:t xml:space="preserve"> </w:t>
      </w:r>
      <w:proofErr w:type="spellStart"/>
      <w:r>
        <w:t>tímto</w:t>
      </w:r>
      <w:proofErr w:type="spellEnd"/>
      <w:r>
        <w:t>:</w:t>
      </w:r>
    </w:p>
    <w:p w14:paraId="2A0C2F25" w14:textId="1032AB5C" w:rsidR="00175322" w:rsidRDefault="00000000">
      <w:r>
        <w:t>[Jméno a příjmení zmocněnce], RČ: [Rodné číslo / Datum narození], bytem [Adresa]</w:t>
      </w:r>
    </w:p>
    <w:p w14:paraId="307960FB" w14:textId="77777777" w:rsidR="00175322" w:rsidRDefault="00000000">
      <w:pPr>
        <w:pStyle w:val="Nadpis3"/>
      </w:pPr>
      <w:r>
        <w:t>Rozsah zmocnění</w:t>
      </w:r>
    </w:p>
    <w:p w14:paraId="412E8169" w14:textId="02E4B4A1" w:rsidR="00175322" w:rsidRDefault="00000000">
      <w:r>
        <w:t xml:space="preserve">aby mne zastupoval(a) v řízení o </w:t>
      </w:r>
      <w:proofErr w:type="spellStart"/>
      <w:r>
        <w:t>pozůstalosti</w:t>
      </w:r>
      <w:proofErr w:type="spellEnd"/>
      <w:r>
        <w:t xml:space="preserve"> po </w:t>
      </w:r>
      <w:proofErr w:type="spellStart"/>
      <w:r>
        <w:t>zůstaviteli</w:t>
      </w:r>
      <w:proofErr w:type="spellEnd"/>
      <w:r>
        <w:t>:</w:t>
      </w:r>
    </w:p>
    <w:p w14:paraId="727ED5B8" w14:textId="1AF2390E" w:rsidR="00175322" w:rsidRDefault="00000000">
      <w:r>
        <w:t>[Jméno a příjmení zůstavitele], nar. [Datum narození], posledně bytem [Adresa]</w:t>
      </w:r>
    </w:p>
    <w:p w14:paraId="709CD750" w14:textId="59837E87" w:rsidR="00175322" w:rsidRDefault="00000000" w:rsidP="00E57A61">
      <w:pPr>
        <w:jc w:val="both"/>
      </w:pPr>
      <w:r>
        <w:t xml:space="preserve">Tato plná moc platí i pro odvolací řízení </w:t>
      </w:r>
      <w:proofErr w:type="gramStart"/>
      <w:r>
        <w:t>a</w:t>
      </w:r>
      <w:proofErr w:type="gramEnd"/>
      <w:r>
        <w:t xml:space="preserve"> opravňuje zmocněnce, aby za mne činil veškeré </w:t>
      </w:r>
      <w:proofErr w:type="spellStart"/>
      <w:r>
        <w:t>úkony</w:t>
      </w:r>
      <w:proofErr w:type="spellEnd"/>
      <w:r>
        <w:t xml:space="preserve">, </w:t>
      </w:r>
      <w:proofErr w:type="spellStart"/>
      <w:r>
        <w:t>zejména</w:t>
      </w:r>
      <w:proofErr w:type="spellEnd"/>
      <w:r>
        <w:t xml:space="preserve"> </w:t>
      </w:r>
      <w:proofErr w:type="spellStart"/>
      <w:r>
        <w:t>mým</w:t>
      </w:r>
      <w:proofErr w:type="spellEnd"/>
      <w:r>
        <w:t xml:space="preserve"> </w:t>
      </w:r>
      <w:proofErr w:type="spellStart"/>
      <w:r>
        <w:t>jménem</w:t>
      </w:r>
      <w:proofErr w:type="spellEnd"/>
      <w:r>
        <w:t>:</w:t>
      </w:r>
    </w:p>
    <w:p w14:paraId="4BFD1019" w14:textId="77777777" w:rsidR="00175322" w:rsidRDefault="00000000" w:rsidP="00E57A61">
      <w:pPr>
        <w:pStyle w:val="Seznamsodrkami"/>
        <w:jc w:val="both"/>
      </w:pPr>
      <w:r>
        <w:t>dědictví po uvedeném zůstaviteli odmítl nebo neodmítl (prohlašuji, že nejsem smluvní dědic),</w:t>
      </w:r>
    </w:p>
    <w:p w14:paraId="465F689F" w14:textId="77777777" w:rsidR="00175322" w:rsidRDefault="00000000" w:rsidP="00E57A61">
      <w:pPr>
        <w:pStyle w:val="Seznamsodrkami"/>
        <w:jc w:val="both"/>
      </w:pPr>
      <w:r>
        <w:t>zúčastnil se všech jednání v této věci, činil návrhy, prohlášení a vyjádření,</w:t>
      </w:r>
    </w:p>
    <w:p w14:paraId="553D77EC" w14:textId="77777777" w:rsidR="00175322" w:rsidRDefault="00000000" w:rsidP="00E57A61">
      <w:pPr>
        <w:pStyle w:val="Seznamsodrkami"/>
        <w:jc w:val="both"/>
      </w:pPr>
      <w:r>
        <w:t>sjednal dohodu o rozdělení pozůstalosti, práva a závazky náležející k dědictví uplatňoval, popíral nebo se jich vzdal, věci a práva k dědictví náležející zcizil nebo zatížil, peníze nebo jiné hodnoty přijímal a závazky zemřelého plnil,</w:t>
      </w:r>
    </w:p>
    <w:p w14:paraId="3D556766" w14:textId="25016628" w:rsidR="00175322" w:rsidRDefault="00000000" w:rsidP="00E57A61">
      <w:pPr>
        <w:pStyle w:val="Seznamsodrkami"/>
        <w:jc w:val="both"/>
      </w:pPr>
      <w:r>
        <w:t xml:space="preserve">uplatnil </w:t>
      </w:r>
      <w:proofErr w:type="spellStart"/>
      <w:r>
        <w:t>či</w:t>
      </w:r>
      <w:proofErr w:type="spellEnd"/>
      <w:r>
        <w:t xml:space="preserve"> </w:t>
      </w:r>
      <w:proofErr w:type="spellStart"/>
      <w:r>
        <w:t>neuplatnil</w:t>
      </w:r>
      <w:proofErr w:type="spellEnd"/>
      <w:r>
        <w:t xml:space="preserve"> </w:t>
      </w:r>
      <w:proofErr w:type="spellStart"/>
      <w:r>
        <w:t>výhradu</w:t>
      </w:r>
      <w:proofErr w:type="spellEnd"/>
      <w:r>
        <w:t xml:space="preserve"> </w:t>
      </w:r>
      <w:proofErr w:type="spellStart"/>
      <w:r>
        <w:t>soupisu</w:t>
      </w:r>
      <w:proofErr w:type="spellEnd"/>
      <w:r>
        <w:t>.</w:t>
      </w:r>
    </w:p>
    <w:p w14:paraId="106C8DE6" w14:textId="77777777" w:rsidR="00175322" w:rsidRDefault="00000000">
      <w:r>
        <w:t>Souhlasím, aby tento můj zástupce uzavřel mým jménem dohodu o rozdělení pozůstalosti, i kdybych podle ní neobdržel(a) z dědictví žádný podíl.</w:t>
      </w:r>
    </w:p>
    <w:p w14:paraId="2F8C5BDD" w14:textId="77777777" w:rsidR="00175322" w:rsidRDefault="00175322"/>
    <w:p w14:paraId="36AD06AD" w14:textId="77777777" w:rsidR="00175322" w:rsidRDefault="00000000">
      <w:r>
        <w:t>V [Město] dne [Datum]</w:t>
      </w:r>
    </w:p>
    <w:p w14:paraId="5D2B49A7" w14:textId="77777777" w:rsidR="00175322" w:rsidRDefault="00000000">
      <w:r>
        <w:t>....................................................</w:t>
      </w:r>
    </w:p>
    <w:p w14:paraId="2DAFF39C" w14:textId="6D4DDD79" w:rsidR="00175322" w:rsidRDefault="00000000">
      <w:r>
        <w:t>[Jméno zmocnitele]</w:t>
      </w:r>
    </w:p>
    <w:p w14:paraId="4C90CBC8" w14:textId="77777777" w:rsidR="00A95743" w:rsidRDefault="00A95743"/>
    <w:p w14:paraId="52217C31" w14:textId="4E131170" w:rsidR="00175322" w:rsidRDefault="00000000">
      <w:r>
        <w:t xml:space="preserve">Tuto </w:t>
      </w:r>
      <w:proofErr w:type="spellStart"/>
      <w:r>
        <w:t>plnou</w:t>
      </w:r>
      <w:proofErr w:type="spellEnd"/>
      <w:r>
        <w:t xml:space="preserve"> </w:t>
      </w:r>
      <w:proofErr w:type="spellStart"/>
      <w:r>
        <w:t>moc</w:t>
      </w:r>
      <w:proofErr w:type="spellEnd"/>
      <w:r>
        <w:t xml:space="preserve"> </w:t>
      </w:r>
      <w:proofErr w:type="spellStart"/>
      <w:r>
        <w:t>přijímám</w:t>
      </w:r>
      <w:proofErr w:type="spellEnd"/>
      <w:r>
        <w:t xml:space="preserve"> v plném rozsahu:</w:t>
      </w:r>
    </w:p>
    <w:p w14:paraId="28F6957E" w14:textId="41B8E59F" w:rsidR="00175322" w:rsidRDefault="00000000">
      <w:r>
        <w:t>V [Město] dne [Datum]</w:t>
      </w:r>
    </w:p>
    <w:p w14:paraId="16D1DCC4" w14:textId="7702FC76" w:rsidR="00175322" w:rsidRDefault="00000000">
      <w:r>
        <w:t>....................................................</w:t>
      </w:r>
    </w:p>
    <w:p w14:paraId="0C0F0474" w14:textId="77777777" w:rsidR="00175322" w:rsidRDefault="00000000">
      <w:r>
        <w:t>[Jméno zmocněnce]</w:t>
      </w:r>
    </w:p>
    <w:sectPr w:rsidR="0017532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1893310">
    <w:abstractNumId w:val="8"/>
  </w:num>
  <w:num w:numId="2" w16cid:durableId="141771543">
    <w:abstractNumId w:val="6"/>
  </w:num>
  <w:num w:numId="3" w16cid:durableId="620303351">
    <w:abstractNumId w:val="5"/>
  </w:num>
  <w:num w:numId="4" w16cid:durableId="137184753">
    <w:abstractNumId w:val="4"/>
  </w:num>
  <w:num w:numId="5" w16cid:durableId="899635610">
    <w:abstractNumId w:val="7"/>
  </w:num>
  <w:num w:numId="6" w16cid:durableId="2080205535">
    <w:abstractNumId w:val="3"/>
  </w:num>
  <w:num w:numId="7" w16cid:durableId="2021810838">
    <w:abstractNumId w:val="2"/>
  </w:num>
  <w:num w:numId="8" w16cid:durableId="879439209">
    <w:abstractNumId w:val="1"/>
  </w:num>
  <w:num w:numId="9" w16cid:durableId="106702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5322"/>
    <w:rsid w:val="00184E78"/>
    <w:rsid w:val="0029639D"/>
    <w:rsid w:val="00326F90"/>
    <w:rsid w:val="008F48C1"/>
    <w:rsid w:val="00A95743"/>
    <w:rsid w:val="00AA1D8D"/>
    <w:rsid w:val="00B47730"/>
    <w:rsid w:val="00CB0664"/>
    <w:rsid w:val="00E57A6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2B043D"/>
  <w14:defaultImageDpi w14:val="300"/>
  <w15:docId w15:val="{B11D6B03-A657-4D2F-A918-E28633B6B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David Prokes</cp:lastModifiedBy>
  <cp:revision>3</cp:revision>
  <dcterms:created xsi:type="dcterms:W3CDTF">2013-12-23T23:15:00Z</dcterms:created>
  <dcterms:modified xsi:type="dcterms:W3CDTF">2026-06-29T09:43:00Z</dcterms:modified>
  <cp:category/>
</cp:coreProperties>
</file>