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GENERÁLNÍ PLNÁ MOC</w:t>
      </w:r>
    </w:p>
    <w:p/>
    <w:p>
      <w:r>
        <w:rPr>
          <w:b/>
        </w:rPr>
        <w:t xml:space="preserve">Já, níže podepsaný/á </w:t>
      </w:r>
      <w:r>
        <w:rPr>
          <w:b/>
        </w:rPr>
        <w:t>[Jméno a příjmení zmocnitele]</w:t>
      </w:r>
      <w:r>
        <w:t>, nar. [Datum narození] / RČ: [Rodné číslo],</w:t>
        <w:br/>
      </w:r>
      <w:r>
        <w:t>bytem [Adresa bydliště, PSČ, Stát]</w:t>
        <w:br/>
      </w:r>
      <w:r>
        <w:t>(dále jen „Zmocnitel“)</w:t>
      </w:r>
    </w:p>
    <w:p>
      <w:pPr>
        <w:jc w:val="center"/>
      </w:pPr>
      <w:r>
        <w:rPr>
          <w:i/>
        </w:rPr>
        <w:t>tímto uděluji plnou moc a zmocňuji</w:t>
      </w:r>
    </w:p>
    <w:p>
      <w:r>
        <w:rPr>
          <w:b/>
        </w:rPr>
        <w:t xml:space="preserve">paní / pana </w:t>
      </w:r>
      <w:r>
        <w:rPr>
          <w:b/>
        </w:rPr>
        <w:t>[Jméno a příjmení zmocněnce]</w:t>
      </w:r>
      <w:r>
        <w:t>, nar. [Datum narození] / RČ: [Rodné číslo],</w:t>
        <w:br/>
      </w:r>
      <w:r>
        <w:t>bytem [Adresa bydliště, PSČ, Stát]</w:t>
        <w:br/>
      </w:r>
      <w:r>
        <w:t>(dále jen „Zmocněnec“)</w:t>
      </w:r>
    </w:p>
    <w:p>
      <w:r>
        <w:t>aby mě v plném rozsahu bez jakéhokoli omezení zastupoval/a a činil/a za mě mým jménem všechna právní jednání, včetně podepisování listin.</w:t>
      </w:r>
    </w:p>
    <w:p>
      <w:r>
        <w:t>Tato plná moc se uděluje jako generální a zahrnuje zejména, nikoliv však výlučně, oprávnění k následujícím úkonům a jednáním:</w:t>
      </w:r>
    </w:p>
    <w:p>
      <w:pPr>
        <w:pStyle w:val="Heading3"/>
      </w:pPr>
      <w:r>
        <w:t>1. Zastupování před orgány státní správy, samosprávy a soudy:</w:t>
      </w:r>
    </w:p>
    <w:p>
      <w:pPr>
        <w:pStyle w:val="ListBullet"/>
      </w:pPr>
      <w:r>
        <w:t>Zastupování před veškerými úřady (obecní, městské a krajské úřady, ministerstva, finanční úřady, katastrální úřady, živnostenské úřady atd.).</w:t>
      </w:r>
    </w:p>
    <w:p>
      <w:pPr>
        <w:pStyle w:val="ListBullet"/>
      </w:pPr>
      <w:r>
        <w:t>Zastupování v řízeních před soudy všech stupňů (včetně civilního, trestního a správního soudnictví), orgány činnými v trestním řízení a notáři.</w:t>
      </w:r>
    </w:p>
    <w:p>
      <w:pPr>
        <w:pStyle w:val="ListBullet"/>
      </w:pPr>
      <w:r>
        <w:t>Zastupování v záležitostech sociální péče, důchodového a nemocenského pojištění (Česká správa sociálního zabezpečení, Úřad práce, OSSZ).</w:t>
      </w:r>
    </w:p>
    <w:p>
      <w:pPr>
        <w:pStyle w:val="Heading3"/>
      </w:pPr>
      <w:r>
        <w:t>2. Správa majetku a nemovitostí:</w:t>
      </w:r>
    </w:p>
    <w:p>
      <w:pPr>
        <w:pStyle w:val="ListBullet"/>
      </w:pPr>
      <w:r>
        <w:t>Nakládání s movitým i nemovitým majetkem (koupě, prodej, darování, směna, nájem, podnájem).</w:t>
      </w:r>
    </w:p>
    <w:p>
      <w:pPr>
        <w:pStyle w:val="ListBullet"/>
      </w:pPr>
      <w:r>
        <w:t>Zastupování v řízení před katastrálním úřadem (podávání návrhů na vklad, přebírání rozhodnutí).</w:t>
      </w:r>
    </w:p>
    <w:p>
      <w:pPr>
        <w:pStyle w:val="ListBullet"/>
      </w:pPr>
      <w:r>
        <w:t>Zastupování vůči bytovému družstvu (nebo Společenství vlastníků jednotek - SVJ), účast a hlasování na členských schůzích/shromážděních.</w:t>
      </w:r>
    </w:p>
    <w:p>
      <w:pPr>
        <w:pStyle w:val="Heading3"/>
      </w:pPr>
      <w:r>
        <w:t>3. Finanční a bankovní záležitosti:</w:t>
      </w:r>
    </w:p>
    <w:p>
      <w:pPr>
        <w:pStyle w:val="ListBullet"/>
      </w:pPr>
      <w:r>
        <w:t>Jednání s bankami, spořitelnami a dalšími finančními institucemi.</w:t>
      </w:r>
    </w:p>
    <w:p>
      <w:pPr>
        <w:pStyle w:val="ListBullet"/>
      </w:pPr>
      <w:r>
        <w:t>Zakládání, správa a rušení bankovních účtů, vkladních knížek, stavebního spoření či investičních účtů.</w:t>
      </w:r>
    </w:p>
    <w:p>
      <w:pPr>
        <w:pStyle w:val="ListBullet"/>
      </w:pPr>
      <w:r>
        <w:t>Plné nakládání s peněžními prostředky na mých účtech, provádění vkladů, výběrů, platebních příkazů, sjednávání a ukončování smluv o úvěru.</w:t>
      </w:r>
    </w:p>
    <w:p>
      <w:pPr>
        <w:pStyle w:val="ListBullet"/>
      </w:pPr>
      <w:r>
        <w:t>Přebírání poukázaných peněžních částek (důchody, dávky, přeplatky ze služeb).</w:t>
      </w:r>
    </w:p>
    <w:p>
      <w:pPr>
        <w:pStyle w:val="Heading3"/>
      </w:pPr>
      <w:r>
        <w:t>4. Zdravotní a sociální péče:</w:t>
      </w:r>
    </w:p>
    <w:p>
      <w:pPr>
        <w:pStyle w:val="ListBullet"/>
      </w:pPr>
      <w:r>
        <w:t>Zastupování při jednání s lékaři, zdravotnickým personálem, nemocnicemi a klinikami.</w:t>
      </w:r>
    </w:p>
    <w:p>
      <w:pPr>
        <w:pStyle w:val="ListBullet"/>
      </w:pPr>
      <w:r>
        <w:t>Nahlížení do zdravotnické dokumentace, udělování souhlasu či nesouhlasu s poskytnutím zdravotních služeb a léčebných postupů.</w:t>
      </w:r>
    </w:p>
    <w:p>
      <w:pPr>
        <w:pStyle w:val="ListBullet"/>
      </w:pPr>
      <w:r>
        <w:t>Jednání a uzavírání smluv s domovy pro seniory, ústavy sociální péče, zařízeními následné péče a pečovatelskými službami.</w:t>
      </w:r>
    </w:p>
    <w:p>
      <w:pPr>
        <w:pStyle w:val="ListBullet"/>
      </w:pPr>
      <w:r>
        <w:t>Jednání se zdravotními pojišťovnami.</w:t>
      </w:r>
    </w:p>
    <w:p>
      <w:pPr>
        <w:pStyle w:val="Heading3"/>
      </w:pPr>
      <w:r>
        <w:t>5. Poštovní a doručovací služby:</w:t>
      </w:r>
    </w:p>
    <w:p>
      <w:pPr>
        <w:pStyle w:val="ListBullet"/>
      </w:pPr>
      <w:r>
        <w:t>Přebírání veškerých poštovních zásilek od České pošty a jiných doručovatelů (včetně zásilek určených do vlastních rukou výhradně jen adresáta, doporučených psaní, balíků).</w:t>
      </w:r>
    </w:p>
    <w:p>
      <w:pPr>
        <w:pStyle w:val="ListBullet"/>
      </w:pPr>
      <w:r>
        <w:t>Přebírání peněžních poukázek a finančních obnosů zasílaných prostřednictvím poskytovatelů poštovních služeb.</w:t>
      </w:r>
    </w:p>
    <w:p>
      <w:pPr>
        <w:pStyle w:val="Heading3"/>
      </w:pPr>
      <w:r>
        <w:t>6. Služby a energie:</w:t>
      </w:r>
    </w:p>
    <w:p>
      <w:pPr>
        <w:pStyle w:val="ListBullet"/>
      </w:pPr>
      <w:r>
        <w:t>Zastupování při jednání s dodavateli energií (elektrárna, plynárna, vodárna) a teplárnami, včetně uzavírání, změn a ukončování smluv, řešení přeplatků a nedoplatků.</w:t>
      </w:r>
    </w:p>
    <w:p>
      <w:pPr>
        <w:pStyle w:val="ListBullet"/>
      </w:pPr>
      <w:r>
        <w:t>Jednání s telekomunikačními operátory (telefon, internet, televize).</w:t>
      </w:r>
    </w:p>
    <w:p>
      <w:pPr>
        <w:pStyle w:val="ListBullet"/>
      </w:pPr>
      <w:r>
        <w:t>Vyřizování záležitostí spojených s komunálním odpadem (popelnice).</w:t>
      </w:r>
    </w:p>
    <w:p>
      <w:pPr>
        <w:pStyle w:val="Heading3"/>
      </w:pPr>
      <w:r>
        <w:t>7. Ostatní instituce a záležitosti:</w:t>
      </w:r>
    </w:p>
    <w:p>
      <w:pPr>
        <w:pStyle w:val="ListBullet"/>
      </w:pPr>
      <w:r>
        <w:t>Jednání s komerčními pojišťovnami (uzavírání a rušení pojistných smluv, hlášení pojistných událostí, inkaso pojistného plnění).</w:t>
      </w:r>
    </w:p>
    <w:p>
      <w:pPr>
        <w:pStyle w:val="ListBullet"/>
      </w:pPr>
      <w:r>
        <w:t>Jednání se hřbitovní správou (nájmy hrobových míst, údržba).</w:t>
      </w:r>
    </w:p>
    <w:p/>
    <w:p>
      <w:r>
        <w:t>Výslovně souhlasím s tím, aby si zmocněnec/kyně ustanovil/a za sebe zástupce, tedy aby udělil/a plnou moc (tzv. substituční plnou moc) jiné osobě k tomu, aby místo ní/něj jednala za mou osobu.</w:t>
      </w:r>
    </w:p>
    <w:p>
      <w:r>
        <w:t>Tato plná moc se uděluje na dobu neurčitou.</w:t>
      </w:r>
    </w:p>
    <w:p/>
    <w:p>
      <w:r>
        <w:t>V [Město] dne [Datum]</w:t>
      </w:r>
    </w:p>
    <w:p/>
    <w:p/>
    <w:p>
      <w:pPr>
        <w:jc w:val="right"/>
      </w:pPr>
      <w:r>
        <w:t>--------------------------------------------------</w:t>
        <w:br/>
        <w:t>[Jméno zmocnitele] (úředně ověřený podpis)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