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320FA" w14:textId="77777777" w:rsidR="001B3BB6" w:rsidRDefault="00000000">
      <w:pPr>
        <w:pStyle w:val="Nzev"/>
        <w:jc w:val="center"/>
      </w:pPr>
      <w:r>
        <w:t>PLNÁ MOC – Změna sídla společnosti</w:t>
      </w:r>
    </w:p>
    <w:p w14:paraId="3F6630DB" w14:textId="77777777" w:rsidR="001B3BB6" w:rsidRDefault="00000000">
      <w:r>
        <w:t>[</w:t>
      </w:r>
      <w:proofErr w:type="spellStart"/>
      <w:r>
        <w:t>Jméno</w:t>
      </w:r>
      <w:proofErr w:type="spellEnd"/>
      <w:r>
        <w:t xml:space="preserve"> a </w:t>
      </w:r>
      <w:proofErr w:type="spellStart"/>
      <w:r>
        <w:t>příjmení</w:t>
      </w:r>
      <w:proofErr w:type="spellEnd"/>
      <w:r>
        <w:t xml:space="preserve"> </w:t>
      </w:r>
      <w:proofErr w:type="spellStart"/>
      <w:r>
        <w:t>zmocnitele</w:t>
      </w:r>
      <w:proofErr w:type="spellEnd"/>
      <w:r>
        <w:t>], bytem [Adresa], RČ: [Rodné číslo], jako jediný společník a jednatel společnosti [Název společnosti], sídlem [Adresa sídla], IČO: [IČO]</w:t>
      </w:r>
    </w:p>
    <w:p w14:paraId="4A3CAFAD" w14:textId="39E84E0B" w:rsidR="001B3BB6" w:rsidRDefault="00000000">
      <w:r>
        <w:t>(dále jen jako „</w:t>
      </w:r>
      <w:proofErr w:type="gramStart"/>
      <w:r>
        <w:t>Zmocnitel“</w:t>
      </w:r>
      <w:proofErr w:type="gramEnd"/>
      <w:r>
        <w:t>)</w:t>
      </w:r>
    </w:p>
    <w:p w14:paraId="61120B43" w14:textId="2006E01A" w:rsidR="001B3BB6" w:rsidRDefault="00000000">
      <w:proofErr w:type="spellStart"/>
      <w:r>
        <w:t>zmocňuje</w:t>
      </w:r>
      <w:proofErr w:type="spellEnd"/>
      <w:r>
        <w:t xml:space="preserve"> </w:t>
      </w:r>
      <w:proofErr w:type="spellStart"/>
      <w:r>
        <w:t>tímto</w:t>
      </w:r>
      <w:proofErr w:type="spellEnd"/>
      <w:r>
        <w:t>:</w:t>
      </w:r>
    </w:p>
    <w:p w14:paraId="0C470400" w14:textId="77777777" w:rsidR="001B3BB6" w:rsidRDefault="00000000">
      <w:r>
        <w:t>[Jméno a příjmení / Název zmocněnce], bytem / se sídlem [Adresa], RČ / IČO: [Rodné číslo / IČO]</w:t>
      </w:r>
    </w:p>
    <w:p w14:paraId="61010E1A" w14:textId="42D012B2" w:rsidR="001B3BB6" w:rsidRDefault="00000000">
      <w:r>
        <w:t>(dále jen jako „</w:t>
      </w:r>
      <w:proofErr w:type="gramStart"/>
      <w:r>
        <w:t>Zmocněnec“</w:t>
      </w:r>
      <w:proofErr w:type="gramEnd"/>
      <w:r>
        <w:t>)</w:t>
      </w:r>
    </w:p>
    <w:p w14:paraId="0086D451" w14:textId="77777777" w:rsidR="001B3BB6" w:rsidRDefault="00000000">
      <w:pPr>
        <w:pStyle w:val="Nadpis3"/>
      </w:pPr>
      <w:r>
        <w:t>Rozsah zmocnění</w:t>
      </w:r>
    </w:p>
    <w:p w14:paraId="4F8BC4DF" w14:textId="77777777" w:rsidR="001B3BB6" w:rsidRDefault="00000000">
      <w:r>
        <w:t>k zastoupení při těchto právních jednáních a činnostech:</w:t>
      </w:r>
    </w:p>
    <w:p w14:paraId="400C879D" w14:textId="77777777" w:rsidR="001B3BB6" w:rsidRDefault="001B3BB6"/>
    <w:p w14:paraId="3BBB66DB" w14:textId="77777777" w:rsidR="001B3BB6" w:rsidRDefault="00000000">
      <w:pPr>
        <w:pStyle w:val="Seznamsodrkami"/>
      </w:pPr>
      <w:r>
        <w:t>a) ke všem jednáním souvisejícím s rozhodnutím jediného společníka společnosti v působnosti valné hromady o změně sídla společnosti tak, že nová adresa sídla bude znít: [Doplnit novou adresu sídla]</w:t>
      </w:r>
    </w:p>
    <w:p w14:paraId="1F65AAB7" w14:textId="77777777" w:rsidR="001B3BB6" w:rsidRDefault="00000000">
      <w:pPr>
        <w:pStyle w:val="Seznamsodrkami"/>
      </w:pPr>
      <w:r>
        <w:t>b) k podání žádosti o přímý zápis změn do obchodního rejstříku, včetně podání návrhu se skutečnostmi, které mají být zapsány.</w:t>
      </w:r>
    </w:p>
    <w:p w14:paraId="1A52E914" w14:textId="77777777" w:rsidR="001B3BB6" w:rsidRDefault="001B3BB6"/>
    <w:p w14:paraId="7CA622D9" w14:textId="47C53DF6" w:rsidR="001B3BB6" w:rsidRDefault="00000000">
      <w:r>
        <w:t xml:space="preserve">Tato plná moc je </w:t>
      </w:r>
      <w:proofErr w:type="spellStart"/>
      <w:r>
        <w:t>udělena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neurčitou</w:t>
      </w:r>
      <w:proofErr w:type="spellEnd"/>
      <w:r>
        <w:t>.</w:t>
      </w:r>
    </w:p>
    <w:p w14:paraId="1DB846D9" w14:textId="5897848F" w:rsidR="001B3BB6" w:rsidRDefault="00000000">
      <w:r>
        <w:t>V [Město] dne [Datum]</w:t>
      </w:r>
    </w:p>
    <w:p w14:paraId="58849F4E" w14:textId="77777777" w:rsidR="007E0835" w:rsidRDefault="007E0835"/>
    <w:p w14:paraId="4182C4CE" w14:textId="74E6E24D" w:rsidR="001B3BB6" w:rsidRDefault="00000000">
      <w:r>
        <w:t>....................................................</w:t>
      </w:r>
    </w:p>
    <w:p w14:paraId="50C4E1BC" w14:textId="77777777" w:rsidR="001B3BB6" w:rsidRDefault="00000000">
      <w:r>
        <w:t>[Jméno zmocnitele] (úředně ověřený podpis)</w:t>
      </w:r>
    </w:p>
    <w:p w14:paraId="2C14CD67" w14:textId="77777777" w:rsidR="001B3BB6" w:rsidRDefault="001B3BB6"/>
    <w:p w14:paraId="3518B5AC" w14:textId="77777777" w:rsidR="001B3BB6" w:rsidRDefault="00000000">
      <w:r>
        <w:t>Plnou moc přijímám:</w:t>
      </w:r>
    </w:p>
    <w:p w14:paraId="28B84F11" w14:textId="436A1AEB" w:rsidR="001B3BB6" w:rsidRDefault="00000000">
      <w:r>
        <w:t>V [Město] dne [Datum]</w:t>
      </w:r>
    </w:p>
    <w:p w14:paraId="6E942399" w14:textId="77777777" w:rsidR="007E0835" w:rsidRDefault="007E0835"/>
    <w:p w14:paraId="41BDF4D3" w14:textId="244B0F3C" w:rsidR="001B3BB6" w:rsidRDefault="00000000">
      <w:r>
        <w:t>....................................................</w:t>
      </w:r>
    </w:p>
    <w:p w14:paraId="2F661E97" w14:textId="77777777" w:rsidR="001B3BB6" w:rsidRDefault="00000000">
      <w:r>
        <w:t>[Jméno zmocněnce]</w:t>
      </w:r>
    </w:p>
    <w:sectPr w:rsidR="001B3B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608907">
    <w:abstractNumId w:val="8"/>
  </w:num>
  <w:num w:numId="2" w16cid:durableId="1629627434">
    <w:abstractNumId w:val="6"/>
  </w:num>
  <w:num w:numId="3" w16cid:durableId="731467062">
    <w:abstractNumId w:val="5"/>
  </w:num>
  <w:num w:numId="4" w16cid:durableId="681779215">
    <w:abstractNumId w:val="4"/>
  </w:num>
  <w:num w:numId="5" w16cid:durableId="1159884093">
    <w:abstractNumId w:val="7"/>
  </w:num>
  <w:num w:numId="6" w16cid:durableId="371880076">
    <w:abstractNumId w:val="3"/>
  </w:num>
  <w:num w:numId="7" w16cid:durableId="238254448">
    <w:abstractNumId w:val="2"/>
  </w:num>
  <w:num w:numId="8" w16cid:durableId="1742022344">
    <w:abstractNumId w:val="1"/>
  </w:num>
  <w:num w:numId="9" w16cid:durableId="1844785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3BB6"/>
    <w:rsid w:val="0029639D"/>
    <w:rsid w:val="00326F90"/>
    <w:rsid w:val="007E0835"/>
    <w:rsid w:val="00AA1D8D"/>
    <w:rsid w:val="00B47730"/>
    <w:rsid w:val="00CB0664"/>
    <w:rsid w:val="00F61C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2B1C5"/>
  <w14:defaultImageDpi w14:val="300"/>
  <w15:docId w15:val="{4B754497-DAF0-4524-B346-1ED8162A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David Prokes</cp:lastModifiedBy>
  <cp:revision>2</cp:revision>
  <dcterms:created xsi:type="dcterms:W3CDTF">2013-12-23T23:15:00Z</dcterms:created>
  <dcterms:modified xsi:type="dcterms:W3CDTF">2026-06-29T09:42:00Z</dcterms:modified>
  <cp:category/>
</cp:coreProperties>
</file>