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D2FE2" w14:textId="2296E63D" w:rsidR="00995252" w:rsidRDefault="00000000" w:rsidP="004C5627">
      <w:pPr>
        <w:pStyle w:val="Nzev"/>
        <w:jc w:val="center"/>
      </w:pPr>
      <w:r>
        <w:t xml:space="preserve">PLNÁ MOC </w:t>
      </w:r>
    </w:p>
    <w:p w14:paraId="7212CEFC" w14:textId="77777777" w:rsidR="00995252" w:rsidRDefault="00000000" w:rsidP="004C5627">
      <w:pPr>
        <w:jc w:val="both"/>
      </w:pPr>
      <w:r>
        <w:t>[Jméno a příjmení / Název zmocnitele], bytem / se sídlem [Adresa], RČ / IČO: [Rodné číslo / IČO]</w:t>
      </w:r>
    </w:p>
    <w:p w14:paraId="28132732" w14:textId="73307D92" w:rsidR="00995252" w:rsidRDefault="00000000" w:rsidP="004C5627">
      <w:pPr>
        <w:jc w:val="both"/>
      </w:pPr>
      <w:r>
        <w:t>(dále jen jako „Zmocnitel“)</w:t>
      </w:r>
    </w:p>
    <w:p w14:paraId="25E06261" w14:textId="264E4AD8" w:rsidR="00995252" w:rsidRDefault="00000000" w:rsidP="004C5627">
      <w:pPr>
        <w:jc w:val="both"/>
      </w:pPr>
      <w:proofErr w:type="spellStart"/>
      <w:r>
        <w:t>zmocňuje</w:t>
      </w:r>
      <w:proofErr w:type="spellEnd"/>
      <w:r>
        <w:t xml:space="preserve"> </w:t>
      </w:r>
      <w:proofErr w:type="spellStart"/>
      <w:r>
        <w:t>tímto</w:t>
      </w:r>
      <w:proofErr w:type="spellEnd"/>
      <w:r>
        <w:t>:</w:t>
      </w:r>
    </w:p>
    <w:p w14:paraId="2C2AEF12" w14:textId="77777777" w:rsidR="00995252" w:rsidRDefault="00000000" w:rsidP="004C5627">
      <w:pPr>
        <w:jc w:val="both"/>
      </w:pPr>
      <w:r>
        <w:t>[Jméno a příjmení / Název zmocněnce], bytem / se sídlem [Adresa], RČ / IČO / ev. č.: [Rodné číslo / IČO]</w:t>
      </w:r>
    </w:p>
    <w:p w14:paraId="6C5C2451" w14:textId="2499FD3D" w:rsidR="00995252" w:rsidRDefault="00000000" w:rsidP="004C5627">
      <w:pPr>
        <w:jc w:val="both"/>
      </w:pPr>
      <w:r>
        <w:t>(dále jen jako „Zmocněnec“)</w:t>
      </w:r>
    </w:p>
    <w:p w14:paraId="25EA3382" w14:textId="77777777" w:rsidR="00995252" w:rsidRDefault="00000000" w:rsidP="004C5627">
      <w:pPr>
        <w:pStyle w:val="Nadpis3"/>
        <w:jc w:val="both"/>
      </w:pPr>
      <w:r>
        <w:t>Rozsah zmocnění</w:t>
      </w:r>
    </w:p>
    <w:p w14:paraId="7ACA574B" w14:textId="4294CC8D" w:rsidR="00995252" w:rsidRDefault="00000000" w:rsidP="004C5627">
      <w:pPr>
        <w:jc w:val="both"/>
      </w:pPr>
      <w:r>
        <w:t xml:space="preserve">k zastoupení při všech právních jednáních a činnostech souvisejících se založením společnosti s ručením omezeným podle zákona č. 90/2012 Sb., o obchodních společnostech a družstvech (zákon o obchodních korporacích), zejména při zastupování zmocnitele při přijetí příslušného zakladatelského právního jednání ve formě notářského zápisu, a to při </w:t>
      </w:r>
      <w:proofErr w:type="spellStart"/>
      <w:r>
        <w:t>zachování</w:t>
      </w:r>
      <w:proofErr w:type="spellEnd"/>
      <w:r>
        <w:t xml:space="preserve"> </w:t>
      </w:r>
      <w:proofErr w:type="spellStart"/>
      <w:r>
        <w:t>alespoň</w:t>
      </w:r>
      <w:proofErr w:type="spellEnd"/>
      <w:r>
        <w:t xml:space="preserve"> </w:t>
      </w:r>
      <w:proofErr w:type="spellStart"/>
      <w:r>
        <w:t>těchto</w:t>
      </w:r>
      <w:proofErr w:type="spellEnd"/>
      <w:r>
        <w:t xml:space="preserve"> </w:t>
      </w:r>
      <w:proofErr w:type="spellStart"/>
      <w:r>
        <w:t>parametrů</w:t>
      </w:r>
      <w:proofErr w:type="spellEnd"/>
      <w:r>
        <w:t>:</w:t>
      </w:r>
    </w:p>
    <w:p w14:paraId="3F83DE98" w14:textId="77777777" w:rsidR="00995252" w:rsidRDefault="00000000" w:rsidP="004C5627">
      <w:pPr>
        <w:pStyle w:val="Seznamsodrkami"/>
        <w:jc w:val="both"/>
      </w:pPr>
      <w:r>
        <w:t>Obchodní firma: [Doplnit název společnosti] s.r.o.</w:t>
      </w:r>
    </w:p>
    <w:p w14:paraId="40FF3AEB" w14:textId="77777777" w:rsidR="00995252" w:rsidRDefault="00000000" w:rsidP="004C5627">
      <w:pPr>
        <w:pStyle w:val="Seznamsodrkami"/>
        <w:jc w:val="both"/>
      </w:pPr>
      <w:r>
        <w:t>Zakladatel(é): [Doplnit jména a údaje zakladatelů]</w:t>
      </w:r>
    </w:p>
    <w:p w14:paraId="1A843113" w14:textId="77777777" w:rsidR="00995252" w:rsidRDefault="00000000" w:rsidP="004C5627">
      <w:pPr>
        <w:pStyle w:val="Seznamsodrkami"/>
        <w:jc w:val="both"/>
      </w:pPr>
      <w:r>
        <w:t>Podíl(y): [Doplnit výši podílů a vkladů]</w:t>
      </w:r>
    </w:p>
    <w:p w14:paraId="5C5B685D" w14:textId="77777777" w:rsidR="00995252" w:rsidRDefault="00000000" w:rsidP="004C5627">
      <w:pPr>
        <w:pStyle w:val="Seznamsodrkami"/>
        <w:jc w:val="both"/>
      </w:pPr>
      <w:r>
        <w:t>Sídlo: [Doplnit adresu sídla]</w:t>
      </w:r>
    </w:p>
    <w:p w14:paraId="39BF960C" w14:textId="77777777" w:rsidR="00995252" w:rsidRDefault="00000000" w:rsidP="004C5627">
      <w:pPr>
        <w:pStyle w:val="Seznamsodrkami"/>
        <w:jc w:val="both"/>
      </w:pPr>
      <w:r>
        <w:t>Předmět podnikání: [Doplnit předměty podnikání]</w:t>
      </w:r>
    </w:p>
    <w:p w14:paraId="05EC112C" w14:textId="77777777" w:rsidR="00995252" w:rsidRDefault="00000000" w:rsidP="004C5627">
      <w:pPr>
        <w:pStyle w:val="Seznamsodrkami"/>
        <w:jc w:val="both"/>
      </w:pPr>
      <w:r>
        <w:t>Základní kapitál: [Doplnit částku]</w:t>
      </w:r>
    </w:p>
    <w:p w14:paraId="4C5B6B0C" w14:textId="77777777" w:rsidR="00995252" w:rsidRDefault="00000000" w:rsidP="004C5627">
      <w:pPr>
        <w:pStyle w:val="Seznamsodrkami"/>
        <w:jc w:val="both"/>
      </w:pPr>
      <w:r>
        <w:t>Jednatel(é): [Doplnit jména a údaje jednatelů]</w:t>
      </w:r>
    </w:p>
    <w:p w14:paraId="6A268FB0" w14:textId="77777777" w:rsidR="00995252" w:rsidRDefault="00000000" w:rsidP="004C5627">
      <w:pPr>
        <w:pStyle w:val="Seznamsodrkami"/>
        <w:jc w:val="both"/>
      </w:pPr>
      <w:r>
        <w:t>Počet jednatelů: [Doplnit počet]</w:t>
      </w:r>
    </w:p>
    <w:p w14:paraId="64633517" w14:textId="77777777" w:rsidR="00995252" w:rsidRDefault="00000000" w:rsidP="004C5627">
      <w:pPr>
        <w:pStyle w:val="Seznamsodrkami"/>
        <w:jc w:val="both"/>
      </w:pPr>
      <w:r>
        <w:t>Způsob jednání: [Doplnit, např. Každý jednatel zastupuje společnost samostatně.]</w:t>
      </w:r>
    </w:p>
    <w:p w14:paraId="7BC289FB" w14:textId="42B9B019" w:rsidR="00995252" w:rsidRDefault="00000000" w:rsidP="004C5627">
      <w:pPr>
        <w:pStyle w:val="Seznamsodrkami"/>
        <w:jc w:val="both"/>
      </w:pPr>
      <w:r>
        <w:t>Správce vkladu: [Doplnit jméno a údaje]</w:t>
      </w:r>
    </w:p>
    <w:p w14:paraId="006D5033" w14:textId="68A57E21" w:rsidR="00995252" w:rsidRDefault="00000000" w:rsidP="004C5627">
      <w:pPr>
        <w:jc w:val="both"/>
      </w:pPr>
      <w:r>
        <w:t xml:space="preserve">Zmocněnec je dále oprávněn k podání žádosti o sepis notářského zápisu o osvědčení pro zápis do obchodního rejstříku a o přímý zápis do obchodního rejstříku, včetně podání návrhu se skutečnostmi,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mají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zapsány</w:t>
      </w:r>
      <w:proofErr w:type="spellEnd"/>
      <w:r>
        <w:t>.</w:t>
      </w:r>
    </w:p>
    <w:p w14:paraId="725BB9EA" w14:textId="6051879B" w:rsidR="004C5627" w:rsidRDefault="00000000" w:rsidP="004C5627">
      <w:pPr>
        <w:jc w:val="both"/>
      </w:pPr>
      <w:r>
        <w:t xml:space="preserve">Tato plná moc je </w:t>
      </w:r>
      <w:proofErr w:type="spellStart"/>
      <w:r>
        <w:t>udělena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neurčitou</w:t>
      </w:r>
      <w:proofErr w:type="spellEnd"/>
      <w:r>
        <w:t>.</w:t>
      </w:r>
    </w:p>
    <w:p w14:paraId="04504CCC" w14:textId="719D2DE0" w:rsidR="00995252" w:rsidRDefault="00000000" w:rsidP="004C5627">
      <w:pPr>
        <w:spacing w:after="240"/>
        <w:jc w:val="both"/>
      </w:pPr>
      <w:r>
        <w:t>V [</w:t>
      </w:r>
      <w:proofErr w:type="spellStart"/>
      <w:r>
        <w:t>Město</w:t>
      </w:r>
      <w:proofErr w:type="spellEnd"/>
      <w:r>
        <w:t xml:space="preserve">] </w:t>
      </w:r>
      <w:proofErr w:type="spellStart"/>
      <w:r>
        <w:t>dne</w:t>
      </w:r>
      <w:proofErr w:type="spellEnd"/>
      <w:r>
        <w:t xml:space="preserve"> [Datum]</w:t>
      </w:r>
      <w:r w:rsidR="004C5627">
        <w:tab/>
      </w:r>
      <w:r w:rsidR="004C5627">
        <w:tab/>
      </w:r>
      <w:r w:rsidR="004C5627">
        <w:tab/>
      </w:r>
      <w:r w:rsidR="004C5627">
        <w:tab/>
      </w:r>
      <w:r w:rsidR="004C5627">
        <w:tab/>
      </w:r>
      <w:r w:rsidR="004C5627">
        <w:tab/>
      </w:r>
      <w:r w:rsidR="004C5627">
        <w:tab/>
      </w:r>
      <w:r w:rsidR="004C5627">
        <w:t>V [Město] dne [Datum]</w:t>
      </w:r>
    </w:p>
    <w:p w14:paraId="10EFA4E1" w14:textId="77777777" w:rsidR="001C2AD1" w:rsidRDefault="001C2AD1" w:rsidP="001C2AD1">
      <w:pPr>
        <w:spacing w:after="0"/>
        <w:jc w:val="both"/>
      </w:pPr>
    </w:p>
    <w:p w14:paraId="179ED034" w14:textId="382844F8" w:rsidR="00995252" w:rsidRDefault="00000000" w:rsidP="001C2AD1">
      <w:pPr>
        <w:spacing w:after="0"/>
        <w:jc w:val="both"/>
      </w:pPr>
      <w:r>
        <w:t>....................................................</w:t>
      </w:r>
      <w:r w:rsidR="001C2AD1">
        <w:tab/>
      </w:r>
      <w:r w:rsidR="001C2AD1">
        <w:tab/>
      </w:r>
      <w:r w:rsidR="001C2AD1">
        <w:tab/>
      </w:r>
      <w:r w:rsidR="001C2AD1">
        <w:tab/>
      </w:r>
      <w:r w:rsidR="001C2AD1">
        <w:tab/>
      </w:r>
      <w:r w:rsidR="001C2AD1">
        <w:t>....................................................</w:t>
      </w:r>
    </w:p>
    <w:p w14:paraId="5FB659BA" w14:textId="4E900610" w:rsidR="004C5627" w:rsidRDefault="00000000" w:rsidP="001C2AD1">
      <w:pPr>
        <w:spacing w:after="0"/>
        <w:jc w:val="both"/>
      </w:pPr>
      <w:r>
        <w:t>[</w:t>
      </w:r>
      <w:proofErr w:type="spellStart"/>
      <w:r>
        <w:t>Jméno</w:t>
      </w:r>
      <w:proofErr w:type="spellEnd"/>
      <w:r>
        <w:t xml:space="preserve"> </w:t>
      </w:r>
      <w:proofErr w:type="spellStart"/>
      <w:r>
        <w:t>zmocnitele</w:t>
      </w:r>
      <w:proofErr w:type="spellEnd"/>
      <w:r>
        <w:t xml:space="preserve">] </w:t>
      </w:r>
      <w:r w:rsidR="001C2AD1">
        <w:tab/>
      </w:r>
      <w:r w:rsidR="001C2AD1">
        <w:tab/>
      </w:r>
      <w:r w:rsidR="001C2AD1">
        <w:tab/>
      </w:r>
      <w:r w:rsidR="001C2AD1">
        <w:tab/>
      </w:r>
      <w:r w:rsidR="001C2AD1">
        <w:tab/>
      </w:r>
      <w:r w:rsidR="001C2AD1">
        <w:tab/>
      </w:r>
      <w:r w:rsidR="001C2AD1">
        <w:t>[</w:t>
      </w:r>
      <w:proofErr w:type="spellStart"/>
      <w:r w:rsidR="001C2AD1">
        <w:t>Jméno</w:t>
      </w:r>
      <w:proofErr w:type="spellEnd"/>
      <w:r w:rsidR="001C2AD1">
        <w:t xml:space="preserve"> </w:t>
      </w:r>
      <w:proofErr w:type="spellStart"/>
      <w:r w:rsidR="001C2AD1">
        <w:t>zmocněnce</w:t>
      </w:r>
      <w:proofErr w:type="spellEnd"/>
      <w:r w:rsidR="001C2AD1">
        <w:t>]</w:t>
      </w:r>
    </w:p>
    <w:p w14:paraId="42A6272B" w14:textId="32CC3913" w:rsidR="00995252" w:rsidRDefault="00000000" w:rsidP="004C5627">
      <w:pPr>
        <w:spacing w:after="240"/>
        <w:jc w:val="both"/>
      </w:pPr>
      <w:r>
        <w:t>(</w:t>
      </w:r>
      <w:proofErr w:type="spellStart"/>
      <w:r>
        <w:t>úředně</w:t>
      </w:r>
      <w:proofErr w:type="spellEnd"/>
      <w:r>
        <w:t xml:space="preserve"> </w:t>
      </w:r>
      <w:proofErr w:type="spellStart"/>
      <w:r>
        <w:t>ověřený</w:t>
      </w:r>
      <w:proofErr w:type="spellEnd"/>
      <w:r>
        <w:t xml:space="preserve"> </w:t>
      </w:r>
      <w:proofErr w:type="spellStart"/>
      <w:r>
        <w:t>podpis</w:t>
      </w:r>
      <w:proofErr w:type="spellEnd"/>
      <w:r>
        <w:t>)</w:t>
      </w:r>
    </w:p>
    <w:p w14:paraId="7B397303" w14:textId="77777777" w:rsidR="00995252" w:rsidRDefault="00995252" w:rsidP="004C5627">
      <w:pPr>
        <w:jc w:val="both"/>
      </w:pPr>
    </w:p>
    <w:p w14:paraId="36645294" w14:textId="77777777" w:rsidR="00995252" w:rsidRDefault="00995252" w:rsidP="004C5627">
      <w:pPr>
        <w:jc w:val="both"/>
      </w:pPr>
    </w:p>
    <w:sectPr w:rsidR="0099525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5438272">
    <w:abstractNumId w:val="8"/>
  </w:num>
  <w:num w:numId="2" w16cid:durableId="905652574">
    <w:abstractNumId w:val="6"/>
  </w:num>
  <w:num w:numId="3" w16cid:durableId="2097434552">
    <w:abstractNumId w:val="5"/>
  </w:num>
  <w:num w:numId="4" w16cid:durableId="95759218">
    <w:abstractNumId w:val="4"/>
  </w:num>
  <w:num w:numId="5" w16cid:durableId="1218009344">
    <w:abstractNumId w:val="7"/>
  </w:num>
  <w:num w:numId="6" w16cid:durableId="37319808">
    <w:abstractNumId w:val="3"/>
  </w:num>
  <w:num w:numId="7" w16cid:durableId="646395674">
    <w:abstractNumId w:val="2"/>
  </w:num>
  <w:num w:numId="8" w16cid:durableId="1805850988">
    <w:abstractNumId w:val="1"/>
  </w:num>
  <w:num w:numId="9" w16cid:durableId="116890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2AD1"/>
    <w:rsid w:val="0029639D"/>
    <w:rsid w:val="00326F90"/>
    <w:rsid w:val="004C5627"/>
    <w:rsid w:val="00995252"/>
    <w:rsid w:val="00AA1D8D"/>
    <w:rsid w:val="00B47730"/>
    <w:rsid w:val="00CB0664"/>
    <w:rsid w:val="00DA7AC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967E6D"/>
  <w14:defaultImageDpi w14:val="300"/>
  <w15:docId w15:val="{F9B072E7-6BE6-488D-AAC4-96540591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David Prokes</cp:lastModifiedBy>
  <cp:revision>2</cp:revision>
  <dcterms:created xsi:type="dcterms:W3CDTF">2013-12-23T23:15:00Z</dcterms:created>
  <dcterms:modified xsi:type="dcterms:W3CDTF">2026-06-29T09:39:00Z</dcterms:modified>
  <cp:category/>
</cp:coreProperties>
</file>