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BB2C5" w14:textId="77777777" w:rsidR="00BF35A0" w:rsidRDefault="00000000" w:rsidP="00CA127C">
      <w:pPr>
        <w:pStyle w:val="Nadpis1"/>
        <w:jc w:val="center"/>
      </w:pPr>
      <w:r>
        <w:t>POWER OF ATTORNEY</w:t>
      </w:r>
    </w:p>
    <w:p w14:paraId="34460C68" w14:textId="77777777" w:rsidR="00BF35A0" w:rsidRDefault="00000000" w:rsidP="00CA127C">
      <w:pPr>
        <w:pStyle w:val="Nadpis2"/>
        <w:jc w:val="center"/>
      </w:pPr>
      <w:r>
        <w:t>For probate proceedings</w:t>
      </w:r>
    </w:p>
    <w:p w14:paraId="3553D11C" w14:textId="77777777" w:rsidR="00CA127C" w:rsidRDefault="00CA127C"/>
    <w:p w14:paraId="7E56B2BE" w14:textId="6288CE00" w:rsidR="00BF35A0" w:rsidRDefault="00000000">
      <w:r>
        <w:t>I undersigned</w:t>
      </w:r>
    </w:p>
    <w:p w14:paraId="5F140F5E" w14:textId="77777777" w:rsidR="00BF35A0" w:rsidRDefault="00000000">
      <w:r>
        <w:t>Surname, Name:</w:t>
      </w:r>
    </w:p>
    <w:p w14:paraId="1F9E7C2A" w14:textId="77777777" w:rsidR="00BF35A0" w:rsidRDefault="00000000">
      <w:r>
        <w:t>Birth certificate number:</w:t>
      </w:r>
    </w:p>
    <w:p w14:paraId="1E0E2A22" w14:textId="77777777" w:rsidR="00BF35A0" w:rsidRDefault="00000000">
      <w:r>
        <w:t>Address:</w:t>
      </w:r>
    </w:p>
    <w:p w14:paraId="207309C9" w14:textId="77777777" w:rsidR="00BF35A0" w:rsidRDefault="00BF35A0"/>
    <w:p w14:paraId="784B16AB" w14:textId="77777777" w:rsidR="00BF35A0" w:rsidRDefault="00000000">
      <w:r>
        <w:t>hereby appoint</w:t>
      </w:r>
    </w:p>
    <w:p w14:paraId="73B1963A" w14:textId="77777777" w:rsidR="00BF35A0" w:rsidRDefault="00000000">
      <w:r>
        <w:t>Mr./Mrs.</w:t>
      </w:r>
    </w:p>
    <w:p w14:paraId="7EDD35DD" w14:textId="77777777" w:rsidR="00BF35A0" w:rsidRDefault="00000000">
      <w:r>
        <w:t>Surname, Name:</w:t>
      </w:r>
    </w:p>
    <w:p w14:paraId="076856CD" w14:textId="77777777" w:rsidR="00BF35A0" w:rsidRDefault="00000000">
      <w:r>
        <w:t>Date of birth:</w:t>
      </w:r>
    </w:p>
    <w:p w14:paraId="48D69F29" w14:textId="77777777" w:rsidR="00BF35A0" w:rsidRDefault="00000000">
      <w:r>
        <w:t>Address:</w:t>
      </w:r>
    </w:p>
    <w:p w14:paraId="6CA4B392" w14:textId="77777777" w:rsidR="00BF35A0" w:rsidRDefault="00BF35A0"/>
    <w:p w14:paraId="0589D36A" w14:textId="77777777" w:rsidR="00BF35A0" w:rsidRDefault="00000000">
      <w:r>
        <w:t>to act on my behalf in a probate proceedings after Mr./Mrs</w:t>
      </w:r>
    </w:p>
    <w:p w14:paraId="5BD08655" w14:textId="09DA7907" w:rsidR="00BF35A0" w:rsidRDefault="00000000">
      <w:r>
        <w:t>who died on....</w:t>
      </w:r>
      <w:r w:rsidR="00CA127C">
        <w:tab/>
      </w:r>
      <w:r w:rsidR="00CA127C">
        <w:tab/>
      </w:r>
      <w:r w:rsidR="00CA127C">
        <w:tab/>
      </w:r>
      <w:r w:rsidR="00CA127C">
        <w:tab/>
      </w:r>
      <w:r>
        <w:t>last residing at</w:t>
      </w:r>
    </w:p>
    <w:p w14:paraId="69BE4AEF" w14:textId="77777777" w:rsidR="00BF35A0" w:rsidRDefault="00000000">
      <w:r>
        <w:t>This power of attorney also applies to the appellate proceeding and empowers the above mentioned attorney to do on my behalf all acts that I could take in the probate proceedings, namely, in my name:</w:t>
      </w:r>
    </w:p>
    <w:p w14:paraId="444DADC8" w14:textId="77777777" w:rsidR="00BF35A0" w:rsidRDefault="00000000">
      <w:pPr>
        <w:pStyle w:val="Seznamsodrkami"/>
      </w:pPr>
      <w:r>
        <w:t>to refuse an inheritance after above mentioned deceased or not to refuse, concurrently I declare, that I am not a contracual heir,</w:t>
      </w:r>
    </w:p>
    <w:p w14:paraId="7310AE44" w14:textId="77777777" w:rsidR="00BF35A0" w:rsidRDefault="00000000">
      <w:pPr>
        <w:pStyle w:val="Seznamsodrkami"/>
      </w:pPr>
      <w:r>
        <w:t>on my behalf, as an unpretermitted heir, to refuse this inheritance with or without reservation of forced share,</w:t>
      </w:r>
    </w:p>
    <w:p w14:paraId="61FA5406" w14:textId="77777777" w:rsidR="00BF35A0" w:rsidRDefault="00000000">
      <w:pPr>
        <w:pStyle w:val="Seznamsodrkami"/>
      </w:pPr>
      <w:r>
        <w:t>to participate in all hearings in this case, namely in a preliminary inquiry, in taking inventory and in a succession proceeding, to make suggestions, declarations and statements and to present written submissions, he is entitled to waive the inheritance with reservation in favour of the second heir, or not to waive this inheritance,</w:t>
      </w:r>
    </w:p>
    <w:p w14:paraId="5B76449E" w14:textId="77777777" w:rsidR="00BF35A0" w:rsidRDefault="00000000">
      <w:pPr>
        <w:pStyle w:val="Seznamsodrkami"/>
      </w:pPr>
      <w:r>
        <w:t xml:space="preserve">to negotiate an agreement on the division of the probate estate or the other conciliations, to apply, to deny or to waive rigthts and obligations belonging to the heritage, to alienate or to encumber objects and rights belonging to the heritage, to </w:t>
      </w:r>
      <w:r>
        <w:lastRenderedPageBreak/>
        <w:t>receive money or other values and to confirm their income and to meet obligations of the deceased,</w:t>
      </w:r>
    </w:p>
    <w:p w14:paraId="63334474" w14:textId="77777777" w:rsidR="00BF35A0" w:rsidRDefault="00000000">
      <w:pPr>
        <w:pStyle w:val="Seznamsodrkami"/>
      </w:pPr>
      <w:r>
        <w:t>to take any decisions and other resolutions/documents and to do anything that is necessary for closing of this probate proceeding,</w:t>
      </w:r>
    </w:p>
    <w:p w14:paraId="40D5F4ED" w14:textId="77777777" w:rsidR="00BF35A0" w:rsidRDefault="00000000">
      <w:pPr>
        <w:pStyle w:val="Seznamsodrkami"/>
      </w:pPr>
      <w:r>
        <w:t>to apply or not to apply the inventory reservation,</w:t>
      </w:r>
    </w:p>
    <w:p w14:paraId="6B21F951" w14:textId="77777777" w:rsidR="00BF35A0" w:rsidRDefault="00000000">
      <w:pPr>
        <w:pStyle w:val="Seznamsodrkami"/>
      </w:pPr>
      <w:r>
        <w:t>this power of attorney also apllies to the potential proceeding for the liquidation of the probate estate.</w:t>
      </w:r>
    </w:p>
    <w:p w14:paraId="116694BC" w14:textId="77777777" w:rsidR="00BF35A0" w:rsidRDefault="00BF35A0"/>
    <w:p w14:paraId="2764B0F6" w14:textId="77777777" w:rsidR="00BF35A0" w:rsidRDefault="00000000">
      <w:r>
        <w:t>I agree with entering into an agreement on the division of the probate estate in my name, even if I will not receive any heritage's share.</w:t>
      </w:r>
    </w:p>
    <w:p w14:paraId="5CE59DD7" w14:textId="77777777" w:rsidR="00BF35A0" w:rsidRDefault="00000000">
      <w:r>
        <w:t>I declare that we are agreed on all matters related to the mentioned inheritance and probate proceedings, and that our interests are not in conflict.</w:t>
      </w:r>
    </w:p>
    <w:p w14:paraId="6FE51E17" w14:textId="77777777" w:rsidR="00BF35A0" w:rsidRDefault="00BF35A0"/>
    <w:p w14:paraId="43C04228" w14:textId="77777777" w:rsidR="00BF35A0" w:rsidRDefault="00000000">
      <w:r>
        <w:t>In........................ on........................</w:t>
      </w:r>
    </w:p>
    <w:p w14:paraId="41B6BE4A" w14:textId="77777777" w:rsidR="00BF35A0" w:rsidRDefault="00BF35A0"/>
    <w:p w14:paraId="1AAEFAD8" w14:textId="77777777" w:rsidR="00BF35A0" w:rsidRDefault="00000000">
      <w:r>
        <w:t>I accept this power of attorney in its entirety.</w:t>
      </w:r>
    </w:p>
    <w:p w14:paraId="45DA01C4" w14:textId="77777777" w:rsidR="00BF35A0" w:rsidRDefault="00BF35A0"/>
    <w:p w14:paraId="5782991D" w14:textId="77777777" w:rsidR="00BF35A0" w:rsidRDefault="00000000">
      <w:r>
        <w:t>In........................ on........................</w:t>
      </w:r>
    </w:p>
    <w:sectPr w:rsidR="00BF35A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2094426612">
    <w:abstractNumId w:val="8"/>
  </w:num>
  <w:num w:numId="2" w16cid:durableId="2048796681">
    <w:abstractNumId w:val="6"/>
  </w:num>
  <w:num w:numId="3" w16cid:durableId="2069912904">
    <w:abstractNumId w:val="5"/>
  </w:num>
  <w:num w:numId="4" w16cid:durableId="1928003849">
    <w:abstractNumId w:val="4"/>
  </w:num>
  <w:num w:numId="5" w16cid:durableId="1688213110">
    <w:abstractNumId w:val="7"/>
  </w:num>
  <w:num w:numId="6" w16cid:durableId="550926309">
    <w:abstractNumId w:val="3"/>
  </w:num>
  <w:num w:numId="7" w16cid:durableId="1120301191">
    <w:abstractNumId w:val="2"/>
  </w:num>
  <w:num w:numId="8" w16cid:durableId="1151991838">
    <w:abstractNumId w:val="1"/>
  </w:num>
  <w:num w:numId="9" w16cid:durableId="322971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BF35A0"/>
    <w:rsid w:val="00CA127C"/>
    <w:rsid w:val="00CB0664"/>
    <w:rsid w:val="00DD5CD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1B8CE"/>
  <w14:defaultImageDpi w14:val="300"/>
  <w15:docId w15:val="{20CF43F8-A0D6-424E-95A1-B073ED5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Prokes</cp:lastModifiedBy>
  <cp:revision>2</cp:revision>
  <dcterms:created xsi:type="dcterms:W3CDTF">2013-12-23T23:15:00Z</dcterms:created>
  <dcterms:modified xsi:type="dcterms:W3CDTF">2026-06-29T09:45:00Z</dcterms:modified>
  <cp:category/>
</cp:coreProperties>
</file>